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бланк для самостоятельного заполнения</w:t>
      </w:r>
    </w:p>
    <w:p>
      <w:pPr>
        <w:pStyle w:val="Heading1"/>
      </w:pPr>
      <w:r>
        <w:rPr>
          <w:color w:val="186872"/>
          <w:sz w:val="30"/>
        </w:rPr>
        <w:t>Приказ о назначении ответственного за охрану труда</w:t>
      </w:r>
    </w:p>
    <w:p>
      <w:r>
        <w:rPr>
          <w:color w:val="666666"/>
          <w:sz w:val="18"/>
        </w:rPr>
        <w:t>№ _____ от «__» ________ 20__ г.</w:t>
      </w:r>
    </w:p>
    <w:p>
      <w:pPr>
        <w:pStyle w:val="Heading2"/>
      </w:pPr>
      <w:r>
        <w:rPr>
          <w:color w:val="186872"/>
          <w:sz w:val="24"/>
        </w:rPr>
        <w:t>1. Основание</w:t>
      </w:r>
    </w:p>
    <w:p>
      <w:r>
        <w:rPr>
          <w:color w:val="666666"/>
        </w:rPr>
        <w:t>В соответствии со ст. 217 ТК РФ и в целях организации работы по охране труда, ПРИКАЗЫВАЮ:</w:t>
      </w:r>
    </w:p>
    <w:p>
      <w:pPr>
        <w:pStyle w:val="Heading2"/>
      </w:pPr>
      <w:r>
        <w:rPr>
          <w:color w:val="186872"/>
          <w:sz w:val="24"/>
        </w:rPr>
        <w:t>2. Назначить ответственного</w:t>
      </w:r>
    </w:p>
    <w:p>
      <w:r>
        <w:rPr>
          <w:color w:val="666666"/>
        </w:rPr>
        <w:t>Назначить ответственным за охрану труда ___________ (ФИО, должность).</w:t>
      </w:r>
    </w:p>
    <w:p>
      <w:pPr>
        <w:pStyle w:val="Heading2"/>
      </w:pPr>
      <w:r>
        <w:rPr>
          <w:color w:val="186872"/>
          <w:sz w:val="24"/>
        </w:rPr>
        <w:t>3. Возложить обязанности</w:t>
      </w:r>
    </w:p>
    <w:p>
      <w:r>
        <w:rPr>
          <w:color w:val="666666"/>
        </w:rPr>
        <w:t>Возложить на ответственного обязанности: … [заполнить]</w:t>
      </w:r>
    </w:p>
    <w:p>
      <w:pPr>
        <w:pStyle w:val="Heading2"/>
      </w:pPr>
      <w:r>
        <w:rPr>
          <w:color w:val="186872"/>
          <w:sz w:val="24"/>
        </w:rPr>
        <w:t>4. Контроль</w:t>
      </w:r>
    </w:p>
    <w:p>
      <w:r>
        <w:rPr>
          <w:color w:val="666666"/>
        </w:rPr>
        <w:t>Контроль за исполнением приказа оставляю за собой. Руководитель ___________ /_________/</w:t>
      </w:r>
    </w:p>
    <w:p/>
    <w:p>
      <w:r>
        <w:rPr>
          <w:color w:val="666666"/>
          <w:sz w:val="18"/>
        </w:rPr>
        <w:t>Заполнить под ваш объект: МелданаСБ — 8 (800) 775-65-96, sale@meldana.ru. Документ готовит и подписывает инженер, правки до принятия надзорным органом — бесплатно.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